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B6AAB2" w14:textId="6E01B63E" w:rsidR="00FB7C6B" w:rsidRPr="00155DA3" w:rsidRDefault="00470C53" w:rsidP="00155DA3">
      <w:pPr>
        <w:pStyle w:val="Ttulo1"/>
        <w:jc w:val="center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Taller: La Maleta de Viaje de mi Desarrollo Profesional</w:t>
      </w:r>
    </w:p>
    <w:p w14:paraId="34D23DF6" w14:textId="77777777" w:rsidR="00155DA3" w:rsidRDefault="00155DA3">
      <w:pPr>
        <w:rPr>
          <w:rFonts w:ascii="Calibri" w:hAnsi="Calibri" w:cs="Calibri"/>
        </w:rPr>
      </w:pPr>
    </w:p>
    <w:p w14:paraId="0E852C02" w14:textId="77777777" w:rsidR="00470C53" w:rsidRPr="00470C53" w:rsidRDefault="00470C53" w:rsidP="00470C53">
      <w:pPr>
        <w:spacing w:after="0"/>
        <w:rPr>
          <w:rFonts w:ascii="Calibri" w:hAnsi="Calibri" w:cs="Calibri"/>
          <w:sz w:val="24"/>
          <w:szCs w:val="24"/>
        </w:rPr>
      </w:pPr>
      <w:r w:rsidRPr="00470C53">
        <w:rPr>
          <w:rFonts w:ascii="Calibri" w:hAnsi="Calibri" w:cs="Calibri"/>
          <w:b/>
          <w:bCs/>
          <w:sz w:val="24"/>
          <w:szCs w:val="24"/>
          <w:lang w:val="es-MX"/>
        </w:rPr>
        <w:t>Objetivo:</w:t>
      </w:r>
      <w:r w:rsidRPr="00470C53">
        <w:rPr>
          <w:rFonts w:ascii="Calibri" w:hAnsi="Calibri" w:cs="Calibri"/>
          <w:sz w:val="24"/>
          <w:szCs w:val="24"/>
          <w:lang w:val="es-MX"/>
        </w:rPr>
        <w:t xml:space="preserve"> </w:t>
      </w:r>
    </w:p>
    <w:p w14:paraId="25F5FD54" w14:textId="77777777" w:rsidR="00470C53" w:rsidRPr="00470C53" w:rsidRDefault="00470C53" w:rsidP="00470C53">
      <w:pPr>
        <w:spacing w:after="0"/>
        <w:jc w:val="both"/>
        <w:rPr>
          <w:rFonts w:ascii="Calibri" w:hAnsi="Calibri" w:cs="Calibri"/>
        </w:rPr>
      </w:pPr>
      <w:r w:rsidRPr="00470C53">
        <w:rPr>
          <w:rFonts w:ascii="Calibri" w:hAnsi="Calibri" w:cs="Calibri"/>
          <w:lang w:val="es-MX"/>
        </w:rPr>
        <w:t>Evaluar y sintetizar los aprendizajes profesionales logrados durante el proceso de capacitación (PSP), identificando cómo estos se manifiestan en la práctica pedagógica y proyectando los próximos desafíos de desarrollo profesional.</w:t>
      </w:r>
    </w:p>
    <w:p w14:paraId="79AA136B" w14:textId="77777777" w:rsidR="00470C53" w:rsidRDefault="00470C53" w:rsidP="00470C53">
      <w:pPr>
        <w:spacing w:after="0"/>
        <w:rPr>
          <w:rFonts w:ascii="Calibri" w:hAnsi="Calibri" w:cs="Calibri"/>
          <w:b/>
          <w:bCs/>
          <w:lang w:val="es-MX"/>
        </w:rPr>
      </w:pPr>
    </w:p>
    <w:p w14:paraId="6904469F" w14:textId="606ABB8E" w:rsidR="00470C53" w:rsidRPr="00470C53" w:rsidRDefault="00470C53" w:rsidP="00470C53">
      <w:pPr>
        <w:spacing w:after="0"/>
        <w:rPr>
          <w:rFonts w:ascii="Calibri" w:hAnsi="Calibri" w:cs="Calibri"/>
          <w:sz w:val="24"/>
          <w:szCs w:val="24"/>
        </w:rPr>
      </w:pPr>
      <w:r w:rsidRPr="00470C53">
        <w:rPr>
          <w:rFonts w:ascii="Calibri" w:hAnsi="Calibri" w:cs="Calibri"/>
          <w:b/>
          <w:bCs/>
          <w:sz w:val="24"/>
          <w:szCs w:val="24"/>
          <w:lang w:val="es-MX"/>
        </w:rPr>
        <w:t>Instrucciones:</w:t>
      </w:r>
    </w:p>
    <w:p w14:paraId="64162A0F" w14:textId="77777777" w:rsidR="00470C53" w:rsidRPr="00470C53" w:rsidRDefault="00470C53" w:rsidP="00470C53">
      <w:pPr>
        <w:spacing w:after="0"/>
        <w:jc w:val="both"/>
        <w:rPr>
          <w:rFonts w:ascii="Calibri" w:hAnsi="Calibri" w:cs="Calibri"/>
        </w:rPr>
      </w:pPr>
      <w:r w:rsidRPr="00470C53">
        <w:rPr>
          <w:rFonts w:ascii="Calibri" w:hAnsi="Calibri" w:cs="Calibri"/>
          <w:lang w:val="es-MX"/>
        </w:rPr>
        <w:t xml:space="preserve">En el </w:t>
      </w:r>
      <w:proofErr w:type="spellStart"/>
      <w:r w:rsidRPr="00470C53">
        <w:rPr>
          <w:rFonts w:ascii="Calibri" w:hAnsi="Calibri" w:cs="Calibri"/>
          <w:lang w:val="es-MX"/>
        </w:rPr>
        <w:t>Jamboard</w:t>
      </w:r>
      <w:proofErr w:type="spellEnd"/>
      <w:r w:rsidRPr="00470C53">
        <w:rPr>
          <w:rFonts w:ascii="Calibri" w:hAnsi="Calibri" w:cs="Calibri"/>
          <w:lang w:val="es-MX"/>
        </w:rPr>
        <w:t>/</w:t>
      </w:r>
      <w:proofErr w:type="spellStart"/>
      <w:r w:rsidRPr="00470C53">
        <w:rPr>
          <w:rFonts w:ascii="Calibri" w:hAnsi="Calibri" w:cs="Calibri"/>
          <w:lang w:val="es-MX"/>
        </w:rPr>
        <w:t>Mentimeter</w:t>
      </w:r>
      <w:proofErr w:type="spellEnd"/>
      <w:r w:rsidRPr="00470C53">
        <w:rPr>
          <w:rFonts w:ascii="Calibri" w:hAnsi="Calibri" w:cs="Calibri"/>
          <w:lang w:val="es-MX"/>
        </w:rPr>
        <w:t>, les pido que, de forma individual y anónima, llenen su maleta respondiendo a tres preguntas clave, que les ayudarán a preparar su reflexión para el Portafolio.</w:t>
      </w:r>
    </w:p>
    <w:p w14:paraId="2E1BB782" w14:textId="77777777" w:rsidR="00470C53" w:rsidRDefault="00470C53">
      <w:pPr>
        <w:rPr>
          <w:rFonts w:ascii="Calibri" w:hAnsi="Calibri" w:cs="Calibri"/>
        </w:rPr>
      </w:pPr>
    </w:p>
    <w:p w14:paraId="07CF773C" w14:textId="1D6D7933" w:rsidR="00470C53" w:rsidRDefault="00470C53">
      <w:pPr>
        <w:rPr>
          <w:rFonts w:ascii="Calibri" w:hAnsi="Calibri" w:cs="Calibri"/>
          <w:b/>
          <w:bCs/>
          <w:sz w:val="28"/>
          <w:szCs w:val="28"/>
          <w:lang w:val="es-MX"/>
        </w:rPr>
      </w:pPr>
      <w:r w:rsidRPr="00470C53">
        <w:rPr>
          <w:rFonts w:ascii="Calibri" w:hAnsi="Calibri" w:cs="Calibri"/>
          <w:b/>
          <w:bCs/>
          <w:sz w:val="28"/>
          <w:szCs w:val="28"/>
          <w:lang w:val="es-MX"/>
        </w:rPr>
        <w:t>Paso 1. ¿Qué me llevo en la Maleta? (Aprendizajes)</w:t>
      </w:r>
    </w:p>
    <w:p w14:paraId="53CCB255" w14:textId="57533A25" w:rsidR="00470C53" w:rsidRDefault="00470C53" w:rsidP="00470C53">
      <w:pPr>
        <w:jc w:val="both"/>
        <w:rPr>
          <w:rFonts w:ascii="Calibri" w:hAnsi="Calibri" w:cs="Calibri"/>
          <w:b/>
          <w:bCs/>
          <w:sz w:val="24"/>
          <w:szCs w:val="24"/>
          <w:lang w:val="es-MX"/>
        </w:rPr>
      </w:pPr>
      <w:r w:rsidRPr="00470C53">
        <w:rPr>
          <w:rFonts w:ascii="Calibri" w:hAnsi="Calibri" w:cs="Calibri"/>
          <w:sz w:val="24"/>
          <w:szCs w:val="24"/>
          <w:lang w:val="es-MX"/>
        </w:rPr>
        <w:t xml:space="preserve">Identifica </w:t>
      </w:r>
      <w:r w:rsidRPr="00470C53">
        <w:rPr>
          <w:rFonts w:ascii="Calibri" w:hAnsi="Calibri" w:cs="Calibri"/>
          <w:b/>
          <w:bCs/>
          <w:sz w:val="24"/>
          <w:szCs w:val="24"/>
          <w:lang w:val="es-MX"/>
        </w:rPr>
        <w:t>un conocimiento o habilidad</w:t>
      </w:r>
      <w:r w:rsidRPr="00470C53">
        <w:rPr>
          <w:rFonts w:ascii="Calibri" w:hAnsi="Calibri" w:cs="Calibri"/>
          <w:sz w:val="24"/>
          <w:szCs w:val="24"/>
          <w:lang w:val="es-MX"/>
        </w:rPr>
        <w:t xml:space="preserve"> clave que adquiriste en este proceso formativo y explica </w:t>
      </w:r>
      <w:r w:rsidRPr="00470C53">
        <w:rPr>
          <w:rFonts w:ascii="Calibri" w:hAnsi="Calibri" w:cs="Calibri"/>
          <w:b/>
          <w:bCs/>
          <w:sz w:val="24"/>
          <w:szCs w:val="24"/>
          <w:lang w:val="es-MX"/>
        </w:rPr>
        <w:t>cómo se manifiesta o lo usarás de forma concreta</w:t>
      </w:r>
      <w:r w:rsidRPr="00470C53">
        <w:rPr>
          <w:rFonts w:ascii="Calibri" w:hAnsi="Calibri" w:cs="Calibri"/>
          <w:sz w:val="24"/>
          <w:szCs w:val="24"/>
          <w:lang w:val="es-MX"/>
        </w:rPr>
        <w:t xml:space="preserve"> en tu práctica pedagógica.</w:t>
      </w:r>
      <w:r w:rsidRPr="00470C53">
        <w:rPr>
          <w:rFonts w:ascii="Calibri" w:hAnsi="Calibri" w:cs="Calibri"/>
          <w:b/>
          <w:bCs/>
          <w:sz w:val="24"/>
          <w:szCs w:val="24"/>
          <w:lang w:val="es-MX"/>
        </w:rPr>
        <w:t xml:space="preserve"> </w:t>
      </w:r>
    </w:p>
    <w:p w14:paraId="7710D2BE" w14:textId="77777777" w:rsidR="00470C53" w:rsidRDefault="00470C53" w:rsidP="00470C53">
      <w:pPr>
        <w:jc w:val="both"/>
        <w:rPr>
          <w:rFonts w:ascii="Calibri" w:hAnsi="Calibri" w:cs="Calibri"/>
          <w:b/>
          <w:bCs/>
          <w:sz w:val="28"/>
          <w:szCs w:val="28"/>
          <w:lang w:val="es-MX"/>
        </w:rPr>
      </w:pPr>
    </w:p>
    <w:p w14:paraId="7C09FFC9" w14:textId="2EEA8C30" w:rsidR="00470C53" w:rsidRPr="00470C53" w:rsidRDefault="00470C53" w:rsidP="00470C53">
      <w:pPr>
        <w:jc w:val="both"/>
        <w:rPr>
          <w:rFonts w:ascii="Calibri" w:hAnsi="Calibri" w:cs="Calibri"/>
          <w:sz w:val="28"/>
          <w:szCs w:val="28"/>
        </w:rPr>
      </w:pPr>
      <w:r w:rsidRPr="00470C53">
        <w:rPr>
          <w:rFonts w:ascii="Calibri" w:hAnsi="Calibri" w:cs="Calibri"/>
          <w:b/>
          <w:bCs/>
          <w:sz w:val="28"/>
          <w:szCs w:val="28"/>
          <w:lang w:val="es-MX"/>
        </w:rPr>
        <w:t>Paso 2: ¿Qué dejo en el Camino? (Prácticas a Desechar/Cuestionamientos)</w:t>
      </w:r>
    </w:p>
    <w:p w14:paraId="2290C941" w14:textId="77777777" w:rsidR="00470C53" w:rsidRPr="00470C53" w:rsidRDefault="00470C53" w:rsidP="00470C53">
      <w:pPr>
        <w:jc w:val="both"/>
        <w:rPr>
          <w:rFonts w:ascii="Calibri" w:hAnsi="Calibri" w:cs="Calibri"/>
          <w:sz w:val="24"/>
          <w:szCs w:val="24"/>
        </w:rPr>
      </w:pPr>
      <w:r w:rsidRPr="00470C53">
        <w:rPr>
          <w:rFonts w:ascii="Calibri" w:hAnsi="Calibri" w:cs="Calibri"/>
          <w:sz w:val="24"/>
          <w:szCs w:val="24"/>
          <w:lang w:val="es-MX"/>
        </w:rPr>
        <w:t xml:space="preserve">¿Qué </w:t>
      </w:r>
      <w:r w:rsidRPr="00470C53">
        <w:rPr>
          <w:rFonts w:ascii="Calibri" w:hAnsi="Calibri" w:cs="Calibri"/>
          <w:b/>
          <w:bCs/>
          <w:sz w:val="24"/>
          <w:szCs w:val="24"/>
          <w:lang w:val="es-MX"/>
        </w:rPr>
        <w:t>creencia pedagógica</w:t>
      </w:r>
      <w:r w:rsidRPr="00470C53">
        <w:rPr>
          <w:rFonts w:ascii="Calibri" w:hAnsi="Calibri" w:cs="Calibri"/>
          <w:sz w:val="24"/>
          <w:szCs w:val="24"/>
          <w:lang w:val="es-MX"/>
        </w:rPr>
        <w:t xml:space="preserve">, forma de actuar o práctica que tenías fue </w:t>
      </w:r>
      <w:r w:rsidRPr="00470C53">
        <w:rPr>
          <w:rFonts w:ascii="Calibri" w:hAnsi="Calibri" w:cs="Calibri"/>
          <w:b/>
          <w:bCs/>
          <w:sz w:val="24"/>
          <w:szCs w:val="24"/>
          <w:lang w:val="es-MX"/>
        </w:rPr>
        <w:t>interpelada o modificada</w:t>
      </w:r>
      <w:r w:rsidRPr="00470C53">
        <w:rPr>
          <w:rFonts w:ascii="Calibri" w:hAnsi="Calibri" w:cs="Calibri"/>
          <w:sz w:val="24"/>
          <w:szCs w:val="24"/>
          <w:lang w:val="es-MX"/>
        </w:rPr>
        <w:t xml:space="preserve"> durante el curso? ¿Cómo impactará este cambio en tus estudiantes?</w:t>
      </w:r>
    </w:p>
    <w:p w14:paraId="0304D38C" w14:textId="77777777" w:rsidR="00470C53" w:rsidRDefault="00470C53" w:rsidP="00470C53">
      <w:pPr>
        <w:rPr>
          <w:rFonts w:ascii="Calibri" w:hAnsi="Calibri" w:cs="Calibri"/>
          <w:sz w:val="28"/>
          <w:szCs w:val="28"/>
        </w:rPr>
      </w:pPr>
    </w:p>
    <w:p w14:paraId="36753894" w14:textId="00112B7A" w:rsidR="00470C53" w:rsidRDefault="00470C53" w:rsidP="00470C53">
      <w:pPr>
        <w:rPr>
          <w:rFonts w:ascii="Calibri" w:hAnsi="Calibri" w:cs="Calibri"/>
          <w:b/>
          <w:bCs/>
          <w:sz w:val="28"/>
          <w:szCs w:val="28"/>
          <w:lang w:val="es-MX"/>
        </w:rPr>
      </w:pPr>
      <w:r w:rsidRPr="00470C53">
        <w:rPr>
          <w:rFonts w:ascii="Calibri" w:hAnsi="Calibri" w:cs="Calibri"/>
          <w:b/>
          <w:bCs/>
          <w:sz w:val="28"/>
          <w:szCs w:val="28"/>
          <w:lang w:val="es-MX"/>
        </w:rPr>
        <w:t>Paso 3: ¿Qué mapa debo seguir? (Próximo Desafío)</w:t>
      </w:r>
    </w:p>
    <w:p w14:paraId="54175602" w14:textId="77777777" w:rsidR="00470C53" w:rsidRPr="00470C53" w:rsidRDefault="00470C53" w:rsidP="00470C53">
      <w:pPr>
        <w:jc w:val="both"/>
        <w:rPr>
          <w:rFonts w:ascii="Calibri" w:hAnsi="Calibri" w:cs="Calibri"/>
          <w:sz w:val="24"/>
          <w:szCs w:val="24"/>
        </w:rPr>
      </w:pPr>
      <w:r w:rsidRPr="00470C53">
        <w:rPr>
          <w:rFonts w:ascii="Calibri" w:hAnsi="Calibri" w:cs="Calibri"/>
          <w:sz w:val="24"/>
          <w:szCs w:val="24"/>
          <w:lang w:val="es-MX"/>
        </w:rPr>
        <w:t xml:space="preserve">¿Cuál es tu </w:t>
      </w:r>
      <w:r w:rsidRPr="00470C53">
        <w:rPr>
          <w:rFonts w:ascii="Calibri" w:hAnsi="Calibri" w:cs="Calibri"/>
          <w:b/>
          <w:bCs/>
          <w:sz w:val="24"/>
          <w:szCs w:val="24"/>
          <w:lang w:val="es-MX"/>
        </w:rPr>
        <w:t>principal desafío o meta de aprendizaje profesional individual</w:t>
      </w:r>
      <w:r w:rsidRPr="00470C53">
        <w:rPr>
          <w:rFonts w:ascii="Calibri" w:hAnsi="Calibri" w:cs="Calibri"/>
          <w:sz w:val="24"/>
          <w:szCs w:val="24"/>
          <w:lang w:val="es-MX"/>
        </w:rPr>
        <w:t xml:space="preserve"> para el próximo semestre, a partir de lo que identificaste que te falta o debes mejorar en el curso?</w:t>
      </w:r>
    </w:p>
    <w:p w14:paraId="1214D180" w14:textId="77777777" w:rsidR="00470C53" w:rsidRPr="00470C53" w:rsidRDefault="00470C53" w:rsidP="00470C53">
      <w:pPr>
        <w:rPr>
          <w:rFonts w:ascii="Calibri" w:hAnsi="Calibri" w:cs="Calibri"/>
          <w:sz w:val="28"/>
          <w:szCs w:val="28"/>
        </w:rPr>
      </w:pPr>
    </w:p>
    <w:sectPr w:rsidR="00470C53" w:rsidRPr="00470C53" w:rsidSect="00034616">
      <w:headerReference w:type="default" r:id="rId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5D8D9F" w14:textId="77777777" w:rsidR="00F740A6" w:rsidRDefault="00F740A6" w:rsidP="00EB3545">
      <w:pPr>
        <w:spacing w:after="0" w:line="240" w:lineRule="auto"/>
      </w:pPr>
      <w:r>
        <w:separator/>
      </w:r>
    </w:p>
  </w:endnote>
  <w:endnote w:type="continuationSeparator" w:id="0">
    <w:p w14:paraId="35ABDF63" w14:textId="77777777" w:rsidR="00F740A6" w:rsidRDefault="00F740A6" w:rsidP="00EB35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776224" w14:textId="77777777" w:rsidR="00F740A6" w:rsidRDefault="00F740A6" w:rsidP="00EB3545">
      <w:pPr>
        <w:spacing w:after="0" w:line="240" w:lineRule="auto"/>
      </w:pPr>
      <w:r>
        <w:separator/>
      </w:r>
    </w:p>
  </w:footnote>
  <w:footnote w:type="continuationSeparator" w:id="0">
    <w:p w14:paraId="4CBACBD6" w14:textId="77777777" w:rsidR="00F740A6" w:rsidRDefault="00F740A6" w:rsidP="00EB35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57C565" w14:textId="1333BBDB" w:rsidR="00EB3545" w:rsidRDefault="00EB3545">
    <w:pPr>
      <w:pStyle w:val="Encabezado"/>
    </w:pPr>
    <w:r>
      <w:rPr>
        <w:noProof/>
        <w:color w:val="000000"/>
      </w:rPr>
      <w:drawing>
        <wp:anchor distT="0" distB="0" distL="114300" distR="114300" simplePos="0" relativeHeight="251659264" behindDoc="1" locked="0" layoutInCell="1" allowOverlap="1" wp14:anchorId="42BA880A" wp14:editId="25A87652">
          <wp:simplePos x="0" y="0"/>
          <wp:positionH relativeFrom="column">
            <wp:posOffset>-733245</wp:posOffset>
          </wp:positionH>
          <wp:positionV relativeFrom="paragraph">
            <wp:posOffset>-250166</wp:posOffset>
          </wp:positionV>
          <wp:extent cx="1791583" cy="762000"/>
          <wp:effectExtent l="0" t="0" r="0" b="0"/>
          <wp:wrapNone/>
          <wp:docPr id="1" name="Imagen 1" descr="Nombre de la empres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Nombre de la empresa&#10;&#10;El contenido generado por IA puede ser incorrecto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1583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4EF7486"/>
    <w:multiLevelType w:val="hybridMultilevel"/>
    <w:tmpl w:val="0F6ABE7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762752E"/>
    <w:multiLevelType w:val="hybridMultilevel"/>
    <w:tmpl w:val="17404A2E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4A3211"/>
    <w:multiLevelType w:val="hybridMultilevel"/>
    <w:tmpl w:val="768EAC82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7D67CE"/>
    <w:multiLevelType w:val="hybridMultilevel"/>
    <w:tmpl w:val="87D6B6DE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6192827">
    <w:abstractNumId w:val="8"/>
  </w:num>
  <w:num w:numId="2" w16cid:durableId="665939900">
    <w:abstractNumId w:val="6"/>
  </w:num>
  <w:num w:numId="3" w16cid:durableId="1513566870">
    <w:abstractNumId w:val="5"/>
  </w:num>
  <w:num w:numId="4" w16cid:durableId="1310204594">
    <w:abstractNumId w:val="4"/>
  </w:num>
  <w:num w:numId="5" w16cid:durableId="613446096">
    <w:abstractNumId w:val="7"/>
  </w:num>
  <w:num w:numId="6" w16cid:durableId="899482400">
    <w:abstractNumId w:val="3"/>
  </w:num>
  <w:num w:numId="7" w16cid:durableId="169032487">
    <w:abstractNumId w:val="2"/>
  </w:num>
  <w:num w:numId="8" w16cid:durableId="1738748207">
    <w:abstractNumId w:val="1"/>
  </w:num>
  <w:num w:numId="9" w16cid:durableId="917978388">
    <w:abstractNumId w:val="0"/>
  </w:num>
  <w:num w:numId="10" w16cid:durableId="1855071574">
    <w:abstractNumId w:val="10"/>
  </w:num>
  <w:num w:numId="11" w16cid:durableId="1400636710">
    <w:abstractNumId w:val="11"/>
  </w:num>
  <w:num w:numId="12" w16cid:durableId="395321888">
    <w:abstractNumId w:val="12"/>
  </w:num>
  <w:num w:numId="13" w16cid:durableId="146526859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155DA3"/>
    <w:rsid w:val="0029639D"/>
    <w:rsid w:val="00326F90"/>
    <w:rsid w:val="00396DA6"/>
    <w:rsid w:val="00470C53"/>
    <w:rsid w:val="00A34E43"/>
    <w:rsid w:val="00AA1D8D"/>
    <w:rsid w:val="00B47730"/>
    <w:rsid w:val="00C41693"/>
    <w:rsid w:val="00CB0664"/>
    <w:rsid w:val="00EB3545"/>
    <w:rsid w:val="00F740A6"/>
    <w:rsid w:val="00FB7C6B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35A47B3"/>
  <w14:defaultImageDpi w14:val="300"/>
  <w15:docId w15:val="{C3415FF9-6C73-466E-B7A6-67598D1EF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  <w:rPr>
      <w:lang w:val="es-CL"/>
    </w:rPr>
  </w:style>
  <w:style w:type="paragraph" w:styleId="Ttulo1">
    <w:name w:val="heading 1"/>
    <w:basedOn w:val="Normal"/>
    <w:next w:val="Normal"/>
    <w:link w:val="Ttulo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18BF"/>
  </w:style>
  <w:style w:type="paragraph" w:styleId="Piedepgina">
    <w:name w:val="footer"/>
    <w:basedOn w:val="Normal"/>
    <w:link w:val="Piedepgina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8BF"/>
  </w:style>
  <w:style w:type="paragraph" w:styleId="Sinespaciad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AA1D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A1D8D"/>
  </w:style>
  <w:style w:type="paragraph" w:styleId="Textoindependiente2">
    <w:name w:val="Body Text 2"/>
    <w:basedOn w:val="Normal"/>
    <w:link w:val="Textoindependiente2Car"/>
    <w:uiPriority w:val="99"/>
    <w:unhideWhenUsed/>
    <w:rsid w:val="00AA1D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AA1D8D"/>
  </w:style>
  <w:style w:type="paragraph" w:styleId="Textoindependiente3">
    <w:name w:val="Body Text 3"/>
    <w:basedOn w:val="Normal"/>
    <w:link w:val="Textoindependien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aconvieta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aconnme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Continuarlista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macro">
    <w:name w:val="macro"/>
    <w:link w:val="Texto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rsid w:val="0029639D"/>
    <w:rPr>
      <w:rFonts w:ascii="Courier" w:hAnsi="Courier"/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/>
    <w:rsid w:val="00FC693F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FC693F"/>
    <w:rPr>
      <w:i/>
      <w:iCs/>
      <w:color w:val="000000" w:themeColor="tex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FC693F"/>
    <w:rPr>
      <w:b/>
      <w:bCs/>
    </w:rPr>
  </w:style>
  <w:style w:type="character" w:styleId="nfasis">
    <w:name w:val="Emphasis"/>
    <w:basedOn w:val="Fuentedeprrafopredeter"/>
    <w:uiPriority w:val="20"/>
    <w:qFormat/>
    <w:rsid w:val="00FC693F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C693F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FC693F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FC693F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FC693F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FC693F"/>
    <w:rPr>
      <w:b/>
      <w:bCs/>
      <w:smallCap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laconcuadrcula">
    <w:name w:val="Table Grid"/>
    <w:basedOn w:val="Tab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">
    <w:name w:val="Light Shading"/>
    <w:basedOn w:val="Tab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3">
    <w:name w:val="Light Shading Accent 3"/>
    <w:basedOn w:val="Tab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nfasis4">
    <w:name w:val="Light Shading Accent 4"/>
    <w:basedOn w:val="Tab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5">
    <w:name w:val="Light Shading Accent 5"/>
    <w:basedOn w:val="Tab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is2">
    <w:name w:val="Light List Accent 2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is3">
    <w:name w:val="Light List Accent 3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is4">
    <w:name w:val="Light List Accent 4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is5">
    <w:name w:val="Light List Accent 5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is6">
    <w:name w:val="Light List Accent 6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Cuadrculaclara">
    <w:name w:val="Light Grid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Cuadrculaclara-nfasis2">
    <w:name w:val="Light Grid Accent 2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Cuadrculaclara-nfasis3">
    <w:name w:val="Light Grid Accent 3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4">
    <w:name w:val="Light Grid Accent 4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Cuadrculaclara-nfasis5">
    <w:name w:val="Light Grid Accent 5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6">
    <w:name w:val="Light Grid Accent 6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edio1">
    <w:name w:val="Medium Shading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1">
    <w:name w:val="Medium Lis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edia1-nfasis2">
    <w:name w:val="Medium List 1 Accent 2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edia1-nfasis3">
    <w:name w:val="Medium List 1 Accent 3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edia1-nfasis4">
    <w:name w:val="Medium List 1 Accent 4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edia1-nfasis5">
    <w:name w:val="Medium List 1 Accent 5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edia1-nfasis6">
    <w:name w:val="Medium List 1 Accent 6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edia2">
    <w:name w:val="Medium Lis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media1-nfasis2">
    <w:name w:val="Medium Grid 1 Accent 2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media1-nfasis3">
    <w:name w:val="Medium Grid 1 Accent 3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media1-nfasis4">
    <w:name w:val="Medium Grid 1 Accent 4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uadrculamedia2">
    <w:name w:val="Medium Grid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Cuadrculamedia3-nfasis2">
    <w:name w:val="Medium Grid 3 Accent 2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uadrculamedia3-nfasis3">
    <w:name w:val="Medium Grid 3 Accent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Cuadrculamedia3-nfasis4">
    <w:name w:val="Medium Grid 3 Accent 4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Cuadrculamedia3-nfasis6">
    <w:name w:val="Medium Grid 3 Accent 6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oscura">
    <w:name w:val="Dark List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oscura-nfasis2">
    <w:name w:val="Dark List Accent 2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oscura-nfasis3">
    <w:name w:val="Dark List Accent 3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oscura-nfasis4">
    <w:name w:val="Dark List Accent 4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oscura-nfasis5">
    <w:name w:val="Dark List Accent 5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dovistoso">
    <w:name w:val="Colorful Shading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vistosa">
    <w:name w:val="Colorful List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vistosa-nfasis2">
    <w:name w:val="Colorful List Accent 2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vistosa-nfasis3">
    <w:name w:val="Colorful List Accent 3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vistosa-nfasis4">
    <w:name w:val="Colorful List Accent 4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vistosa-nfasis5">
    <w:name w:val="Colorful List Accent 5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uadrculavistosa">
    <w:name w:val="Colorful Grid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182</Words>
  <Characters>1005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1185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DANIEL RODRIGO VEGA VEGA</cp:lastModifiedBy>
  <cp:revision>3</cp:revision>
  <dcterms:created xsi:type="dcterms:W3CDTF">2025-10-17T15:13:00Z</dcterms:created>
  <dcterms:modified xsi:type="dcterms:W3CDTF">2025-10-17T15:19:00Z</dcterms:modified>
  <cp:category/>
</cp:coreProperties>
</file>